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98ACE" w14:textId="77777777" w:rsidR="003309B6" w:rsidRPr="00873953" w:rsidRDefault="00000000">
      <w:pPr>
        <w:jc w:val="center"/>
        <w:rPr>
          <w:color w:val="00484E"/>
        </w:rPr>
      </w:pPr>
      <w:r w:rsidRPr="00873953">
        <w:rPr>
          <w:b/>
          <w:color w:val="00484E"/>
          <w:sz w:val="28"/>
        </w:rPr>
        <w:t>Belegungsplan Sicherungen</w:t>
      </w:r>
    </w:p>
    <w:tbl>
      <w:tblPr>
        <w:tblStyle w:val="Tablaconcuadrcula"/>
        <w:tblW w:w="9039" w:type="dxa"/>
        <w:tblLook w:val="04A0" w:firstRow="1" w:lastRow="0" w:firstColumn="1" w:lastColumn="0" w:noHBand="0" w:noVBand="1"/>
      </w:tblPr>
      <w:tblGrid>
        <w:gridCol w:w="122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38"/>
        <w:gridCol w:w="438"/>
        <w:gridCol w:w="438"/>
        <w:gridCol w:w="438"/>
        <w:gridCol w:w="1434"/>
      </w:tblGrid>
      <w:tr w:rsidR="003309B6" w14:paraId="6D03BE61" w14:textId="77777777" w:rsidTr="00547E09">
        <w:trPr>
          <w:trHeight w:val="1388"/>
        </w:trPr>
        <w:tc>
          <w:tcPr>
            <w:tcW w:w="1192" w:type="dxa"/>
          </w:tcPr>
          <w:p w14:paraId="37BEDD86" w14:textId="77777777" w:rsidR="003309B6" w:rsidRDefault="003309B6"/>
        </w:tc>
        <w:tc>
          <w:tcPr>
            <w:tcW w:w="455" w:type="dxa"/>
            <w:textDirection w:val="btLr"/>
          </w:tcPr>
          <w:p w14:paraId="30452B9B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Küche</w:t>
            </w:r>
          </w:p>
        </w:tc>
        <w:tc>
          <w:tcPr>
            <w:tcW w:w="455" w:type="dxa"/>
            <w:textDirection w:val="btLr"/>
          </w:tcPr>
          <w:p w14:paraId="68A6AF8D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Gästebadezimmer</w:t>
            </w:r>
          </w:p>
        </w:tc>
        <w:tc>
          <w:tcPr>
            <w:tcW w:w="456" w:type="dxa"/>
            <w:textDirection w:val="btLr"/>
          </w:tcPr>
          <w:p w14:paraId="5DA990AF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Wohnzimmer</w:t>
            </w:r>
          </w:p>
        </w:tc>
        <w:tc>
          <w:tcPr>
            <w:tcW w:w="456" w:type="dxa"/>
            <w:textDirection w:val="btLr"/>
          </w:tcPr>
          <w:p w14:paraId="4D2068F5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Flur</w:t>
            </w:r>
          </w:p>
        </w:tc>
        <w:tc>
          <w:tcPr>
            <w:tcW w:w="456" w:type="dxa"/>
            <w:textDirection w:val="btLr"/>
          </w:tcPr>
          <w:p w14:paraId="6F67619B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Kinderzimmer</w:t>
            </w:r>
          </w:p>
        </w:tc>
        <w:tc>
          <w:tcPr>
            <w:tcW w:w="456" w:type="dxa"/>
            <w:textDirection w:val="btLr"/>
          </w:tcPr>
          <w:p w14:paraId="6C187902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Büro</w:t>
            </w:r>
          </w:p>
        </w:tc>
        <w:tc>
          <w:tcPr>
            <w:tcW w:w="456" w:type="dxa"/>
            <w:textDirection w:val="btLr"/>
          </w:tcPr>
          <w:p w14:paraId="01E72BC1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Schlafzimmer</w:t>
            </w:r>
          </w:p>
        </w:tc>
        <w:tc>
          <w:tcPr>
            <w:tcW w:w="456" w:type="dxa"/>
            <w:textDirection w:val="btLr"/>
          </w:tcPr>
          <w:p w14:paraId="1C863F7E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Keller</w:t>
            </w:r>
          </w:p>
        </w:tc>
        <w:tc>
          <w:tcPr>
            <w:tcW w:w="456" w:type="dxa"/>
            <w:textDirection w:val="btLr"/>
          </w:tcPr>
          <w:p w14:paraId="653E76FA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E-Herd</w:t>
            </w:r>
          </w:p>
        </w:tc>
        <w:tc>
          <w:tcPr>
            <w:tcW w:w="456" w:type="dxa"/>
            <w:textDirection w:val="btLr"/>
          </w:tcPr>
          <w:p w14:paraId="28673A20" w14:textId="77777777" w:rsidR="003309B6" w:rsidRPr="00547E09" w:rsidRDefault="00000000">
            <w:pPr>
              <w:rPr>
                <w:b/>
                <w:bCs/>
                <w:color w:val="00484E"/>
              </w:rPr>
            </w:pPr>
            <w:r w:rsidRPr="00547E09">
              <w:rPr>
                <w:b/>
                <w:bCs/>
                <w:color w:val="00484E"/>
                <w:sz w:val="20"/>
              </w:rPr>
              <w:t>Terrasse</w:t>
            </w:r>
          </w:p>
        </w:tc>
        <w:tc>
          <w:tcPr>
            <w:tcW w:w="431" w:type="dxa"/>
            <w:textDirection w:val="btLr"/>
          </w:tcPr>
          <w:p w14:paraId="1B2DA748" w14:textId="77777777" w:rsidR="003309B6" w:rsidRDefault="003309B6"/>
        </w:tc>
        <w:tc>
          <w:tcPr>
            <w:tcW w:w="431" w:type="dxa"/>
            <w:textDirection w:val="btLr"/>
          </w:tcPr>
          <w:p w14:paraId="41773DD6" w14:textId="77777777" w:rsidR="003309B6" w:rsidRDefault="003309B6"/>
        </w:tc>
        <w:tc>
          <w:tcPr>
            <w:tcW w:w="431" w:type="dxa"/>
            <w:textDirection w:val="btLr"/>
          </w:tcPr>
          <w:p w14:paraId="168C1BED" w14:textId="77777777" w:rsidR="003309B6" w:rsidRDefault="003309B6"/>
        </w:tc>
        <w:tc>
          <w:tcPr>
            <w:tcW w:w="431" w:type="dxa"/>
            <w:textDirection w:val="btLr"/>
          </w:tcPr>
          <w:p w14:paraId="18181D21" w14:textId="77777777" w:rsidR="003309B6" w:rsidRDefault="003309B6"/>
        </w:tc>
        <w:tc>
          <w:tcPr>
            <w:tcW w:w="1565" w:type="dxa"/>
          </w:tcPr>
          <w:p w14:paraId="70224025" w14:textId="77777777" w:rsidR="003309B6" w:rsidRDefault="00000000">
            <w:r>
              <w:rPr>
                <w:sz w:val="20"/>
              </w:rPr>
              <w:t>Bemerkungen</w:t>
            </w:r>
          </w:p>
        </w:tc>
      </w:tr>
      <w:tr w:rsidR="003309B6" w14:paraId="5985B15D" w14:textId="77777777" w:rsidTr="00547E09">
        <w:trPr>
          <w:trHeight w:val="1123"/>
        </w:trPr>
        <w:tc>
          <w:tcPr>
            <w:tcW w:w="1192" w:type="dxa"/>
          </w:tcPr>
          <w:p w14:paraId="510C9618" w14:textId="77777777" w:rsidR="00547E09" w:rsidRDefault="00547E09">
            <w:pPr>
              <w:rPr>
                <w:sz w:val="20"/>
              </w:rPr>
            </w:pPr>
          </w:p>
          <w:p w14:paraId="43AB81A7" w14:textId="473B8290" w:rsidR="003309B6" w:rsidRDefault="00000000">
            <w:proofErr w:type="spellStart"/>
            <w:r>
              <w:rPr>
                <w:sz w:val="20"/>
              </w:rPr>
              <w:t>Sicherungs</w:t>
            </w:r>
            <w:proofErr w:type="spellEnd"/>
            <w:r>
              <w:rPr>
                <w:sz w:val="20"/>
              </w:rPr>
              <w:t>-Nr.</w:t>
            </w:r>
          </w:p>
        </w:tc>
        <w:tc>
          <w:tcPr>
            <w:tcW w:w="455" w:type="dxa"/>
          </w:tcPr>
          <w:p w14:paraId="2599CB98" w14:textId="77777777" w:rsidR="003309B6" w:rsidRDefault="00000000">
            <w:r>
              <w:rPr>
                <w:sz w:val="20"/>
              </w:rPr>
              <w:t>1</w:t>
            </w:r>
          </w:p>
        </w:tc>
        <w:tc>
          <w:tcPr>
            <w:tcW w:w="455" w:type="dxa"/>
          </w:tcPr>
          <w:p w14:paraId="18245D97" w14:textId="77777777" w:rsidR="003309B6" w:rsidRDefault="00000000">
            <w:r>
              <w:rPr>
                <w:sz w:val="20"/>
              </w:rPr>
              <w:t>2</w:t>
            </w:r>
          </w:p>
        </w:tc>
        <w:tc>
          <w:tcPr>
            <w:tcW w:w="456" w:type="dxa"/>
          </w:tcPr>
          <w:p w14:paraId="46271564" w14:textId="77777777" w:rsidR="003309B6" w:rsidRDefault="00000000">
            <w:r>
              <w:rPr>
                <w:sz w:val="20"/>
              </w:rPr>
              <w:t>3</w:t>
            </w:r>
          </w:p>
        </w:tc>
        <w:tc>
          <w:tcPr>
            <w:tcW w:w="456" w:type="dxa"/>
          </w:tcPr>
          <w:p w14:paraId="646C6542" w14:textId="77777777" w:rsidR="003309B6" w:rsidRDefault="00000000">
            <w:r>
              <w:rPr>
                <w:sz w:val="20"/>
              </w:rPr>
              <w:t>4</w:t>
            </w:r>
          </w:p>
        </w:tc>
        <w:tc>
          <w:tcPr>
            <w:tcW w:w="456" w:type="dxa"/>
          </w:tcPr>
          <w:p w14:paraId="2D757D34" w14:textId="77777777" w:rsidR="003309B6" w:rsidRDefault="00000000">
            <w:r>
              <w:rPr>
                <w:sz w:val="20"/>
              </w:rPr>
              <w:t>5</w:t>
            </w:r>
          </w:p>
        </w:tc>
        <w:tc>
          <w:tcPr>
            <w:tcW w:w="456" w:type="dxa"/>
          </w:tcPr>
          <w:p w14:paraId="0F5100C5" w14:textId="77777777" w:rsidR="003309B6" w:rsidRDefault="00000000">
            <w:r>
              <w:rPr>
                <w:sz w:val="20"/>
              </w:rPr>
              <w:t>6</w:t>
            </w:r>
          </w:p>
        </w:tc>
        <w:tc>
          <w:tcPr>
            <w:tcW w:w="456" w:type="dxa"/>
          </w:tcPr>
          <w:p w14:paraId="319746FB" w14:textId="77777777" w:rsidR="003309B6" w:rsidRDefault="00000000">
            <w:r>
              <w:rPr>
                <w:sz w:val="20"/>
              </w:rPr>
              <w:t>7</w:t>
            </w:r>
          </w:p>
        </w:tc>
        <w:tc>
          <w:tcPr>
            <w:tcW w:w="456" w:type="dxa"/>
          </w:tcPr>
          <w:p w14:paraId="138AD49E" w14:textId="77777777" w:rsidR="003309B6" w:rsidRDefault="00000000">
            <w:r>
              <w:rPr>
                <w:sz w:val="20"/>
              </w:rPr>
              <w:t>8</w:t>
            </w:r>
          </w:p>
        </w:tc>
        <w:tc>
          <w:tcPr>
            <w:tcW w:w="456" w:type="dxa"/>
          </w:tcPr>
          <w:p w14:paraId="500B652C" w14:textId="77777777" w:rsidR="003309B6" w:rsidRDefault="00000000">
            <w:r>
              <w:rPr>
                <w:sz w:val="20"/>
              </w:rPr>
              <w:t>9</w:t>
            </w:r>
          </w:p>
        </w:tc>
        <w:tc>
          <w:tcPr>
            <w:tcW w:w="456" w:type="dxa"/>
          </w:tcPr>
          <w:p w14:paraId="60353687" w14:textId="77777777" w:rsidR="003309B6" w:rsidRDefault="00000000">
            <w:r>
              <w:rPr>
                <w:sz w:val="20"/>
              </w:rPr>
              <w:t>10</w:t>
            </w:r>
          </w:p>
        </w:tc>
        <w:tc>
          <w:tcPr>
            <w:tcW w:w="431" w:type="dxa"/>
          </w:tcPr>
          <w:p w14:paraId="7479C84F" w14:textId="77777777" w:rsidR="003309B6" w:rsidRDefault="00000000">
            <w:r>
              <w:rPr>
                <w:sz w:val="20"/>
              </w:rPr>
              <w:t>11</w:t>
            </w:r>
          </w:p>
        </w:tc>
        <w:tc>
          <w:tcPr>
            <w:tcW w:w="431" w:type="dxa"/>
          </w:tcPr>
          <w:p w14:paraId="7F0674C8" w14:textId="77777777" w:rsidR="003309B6" w:rsidRDefault="00000000">
            <w:r>
              <w:rPr>
                <w:sz w:val="20"/>
              </w:rPr>
              <w:t>12</w:t>
            </w:r>
          </w:p>
        </w:tc>
        <w:tc>
          <w:tcPr>
            <w:tcW w:w="431" w:type="dxa"/>
          </w:tcPr>
          <w:p w14:paraId="35BB270D" w14:textId="77777777" w:rsidR="003309B6" w:rsidRDefault="00000000">
            <w:r>
              <w:rPr>
                <w:sz w:val="20"/>
              </w:rPr>
              <w:t>13</w:t>
            </w:r>
          </w:p>
        </w:tc>
        <w:tc>
          <w:tcPr>
            <w:tcW w:w="431" w:type="dxa"/>
          </w:tcPr>
          <w:p w14:paraId="67D5E414" w14:textId="77777777" w:rsidR="003309B6" w:rsidRDefault="00000000">
            <w:r>
              <w:rPr>
                <w:sz w:val="20"/>
              </w:rPr>
              <w:t>14</w:t>
            </w:r>
          </w:p>
        </w:tc>
        <w:tc>
          <w:tcPr>
            <w:tcW w:w="1565" w:type="dxa"/>
          </w:tcPr>
          <w:p w14:paraId="139BC29D" w14:textId="77777777" w:rsidR="003309B6" w:rsidRDefault="003309B6"/>
        </w:tc>
      </w:tr>
    </w:tbl>
    <w:p w14:paraId="78F21CB1" w14:textId="77777777" w:rsidR="00143F54" w:rsidRDefault="00143F54"/>
    <w:sectPr w:rsidR="00143F5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3352917">
    <w:abstractNumId w:val="8"/>
  </w:num>
  <w:num w:numId="2" w16cid:durableId="520096410">
    <w:abstractNumId w:val="6"/>
  </w:num>
  <w:num w:numId="3" w16cid:durableId="1318614021">
    <w:abstractNumId w:val="5"/>
  </w:num>
  <w:num w:numId="4" w16cid:durableId="1965189576">
    <w:abstractNumId w:val="4"/>
  </w:num>
  <w:num w:numId="5" w16cid:durableId="102581950">
    <w:abstractNumId w:val="7"/>
  </w:num>
  <w:num w:numId="6" w16cid:durableId="513112786">
    <w:abstractNumId w:val="3"/>
  </w:num>
  <w:num w:numId="7" w16cid:durableId="1561866246">
    <w:abstractNumId w:val="2"/>
  </w:num>
  <w:num w:numId="8" w16cid:durableId="1333341494">
    <w:abstractNumId w:val="1"/>
  </w:num>
  <w:num w:numId="9" w16cid:durableId="1410738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3F54"/>
    <w:rsid w:val="0015074B"/>
    <w:rsid w:val="001C42DF"/>
    <w:rsid w:val="0029639D"/>
    <w:rsid w:val="00326F90"/>
    <w:rsid w:val="003309B6"/>
    <w:rsid w:val="00547E09"/>
    <w:rsid w:val="0087395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0960C"/>
  <w14:defaultImageDpi w14:val="300"/>
  <w15:docId w15:val="{5936D40C-86C5-4C3D-85CD-5F28BC040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4</cp:revision>
  <dcterms:created xsi:type="dcterms:W3CDTF">2013-12-23T23:15:00Z</dcterms:created>
  <dcterms:modified xsi:type="dcterms:W3CDTF">2025-08-29T09:26:00Z</dcterms:modified>
  <cp:category/>
</cp:coreProperties>
</file>